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</w:rPr>
        <w:drawing>
          <wp:inline xmlns:a="http://schemas.openxmlformats.org/drawingml/2006/main" xmlns:pic="http://schemas.openxmlformats.org/drawingml/2006/picture">
            <wp:extent cx="2736000" cy="14049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oom_logo_croppe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14049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  <w:jc w:val="center"/>
      </w:pPr>
      <w:r>
        <w:rPr>
          <w:rFonts w:ascii="Georgia" w:hAnsi="Georgia"/>
          <w:b/>
          <w:color w:val="3D4E34"/>
          <w:sz w:val="32"/>
        </w:rPr>
        <w:t>Přihláška k docházce dítěte do školky pro školní rok 2026/2027</w:t>
      </w:r>
    </w:p>
    <w:p>
      <w:pPr>
        <w:spacing w:before="160" w:after="60"/>
      </w:pPr>
      <w:r>
        <w:rPr>
          <w:rFonts w:ascii="Calibri" w:hAnsi="Calibri"/>
          <w:b/>
          <w:i/>
          <w:color w:val="3D4E34"/>
          <w:sz w:val="20"/>
        </w:rPr>
        <w:t>Údaje o dítěti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595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Jméno, příjmení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595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Datum narození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595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Rodné číslo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595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Bydliště dítěte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</w:tbl>
    <w:p>
      <w:pPr>
        <w:spacing w:before="160" w:after="60"/>
      </w:pPr>
      <w:r>
        <w:rPr>
          <w:rFonts w:ascii="Calibri" w:hAnsi="Calibri"/>
          <w:b/>
          <w:i/>
          <w:color w:val="3D4E34"/>
          <w:sz w:val="20"/>
        </w:rPr>
        <w:t>Údaje o matce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Titul, jméno, příjmení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Adresa trvalého bydliště</w:t>
              <w:br/>
              <w:t>(pokud se liší od bydliště dítěte)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Adresa zaměstnavatele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Mobilní telefon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Pevná linka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E-mail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</w:tbl>
    <w:p>
      <w:pPr>
        <w:spacing w:before="160" w:after="60"/>
      </w:pPr>
      <w:r>
        <w:rPr>
          <w:rFonts w:ascii="Calibri" w:hAnsi="Calibri"/>
          <w:b/>
          <w:i/>
          <w:color w:val="3D4E34"/>
          <w:sz w:val="20"/>
        </w:rPr>
        <w:t>Údaje o otci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Titul, jméno, příjmení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Adresa trvalého bydliště</w:t>
              <w:br/>
              <w:t>(pokud se liší od bydliště dítěte)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Adresa zaměstnavatele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Pevná linka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Mobilní telefon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482"/>
        </w:trPr>
        <w:tc>
          <w:tcPr>
            <w:tcW w:type="dxa" w:w="3515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E-mail</w:t>
            </w:r>
          </w:p>
        </w:tc>
        <w:tc>
          <w:tcPr>
            <w:tcW w:type="dxa" w:w="6123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</w:tbl>
    <w:p>
      <w:r>
        <w:rPr>
          <w:rFonts w:ascii="Calibri" w:hAnsi="Calibri"/>
        </w:rPr>
        <w:br w:type="page"/>
      </w:r>
    </w:p>
    <w:p>
      <w:pPr>
        <w:spacing w:after="80"/>
        <w:jc w:val="center"/>
      </w:pPr>
      <w:r>
        <w:rPr>
          <w:rFonts w:ascii="Calibri" w:hAnsi="Calibri"/>
        </w:rPr>
        <w:drawing>
          <wp:inline xmlns:a="http://schemas.openxmlformats.org/drawingml/2006/main" xmlns:pic="http://schemas.openxmlformats.org/drawingml/2006/picture">
            <wp:extent cx="2592000" cy="13310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oom_logo_croppe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3310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</w:pPr>
      <w:r>
        <w:rPr>
          <w:rFonts w:ascii="Calibri" w:hAnsi="Calibri"/>
          <w:sz w:val="16"/>
        </w:rPr>
        <w:t>Provozovatel se zavazuje, že uvedené údaje budou ve smyslu zákona č. 101/2000 Sb. o ochraně osobních údajů v platném znění zpracovány výhradně pro potřeby školky „Písnický domeček“. Tyto údaje budou zabezpečeny proti zneužití a nebudou bez souhlasu poskytovány třetím osobám.</w:t>
      </w:r>
    </w:p>
    <w:p>
      <w:pPr>
        <w:spacing w:after="120"/>
      </w:pPr>
      <w:r>
        <w:rPr>
          <w:rFonts w:ascii="Calibri" w:hAnsi="Calibri"/>
          <w:b/>
          <w:i/>
          <w:color w:val="3D4E34"/>
          <w:sz w:val="20"/>
        </w:rPr>
        <w:t>Dítě bude navštěvovat školku „Písnický domeček“ v tyto dny:</w:t>
      </w:r>
      <w:r>
        <w:rPr>
          <w:rFonts w:ascii="Calibri" w:hAnsi="Calibri"/>
          <w:sz w:val="18"/>
        </w:rPr>
        <w:br/>
        <w:t>(Zaškrtněte prosím)</w:t>
      </w:r>
    </w:p>
    <w:p>
      <w:pPr>
        <w:spacing w:before="160" w:after="80"/>
      </w:pPr>
      <w:r>
        <w:rPr>
          <w:rFonts w:ascii="Calibri" w:hAnsi="Calibri"/>
          <w:b/>
          <w:color w:val="3D4E34"/>
          <w:sz w:val="20"/>
        </w:rPr>
        <w:t>1. V lichý týden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1701"/>
            <w:shd w:fill="EEF3E8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Den v týdnu</w:t>
            </w:r>
          </w:p>
        </w:tc>
        <w:tc>
          <w:tcPr>
            <w:tcW w:type="dxa" w:w="2494"/>
            <w:shd w:fill="EEF3E8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Celodenní docházka</w:t>
            </w:r>
          </w:p>
        </w:tc>
        <w:tc>
          <w:tcPr>
            <w:tcW w:type="dxa" w:w="2494"/>
            <w:shd w:fill="EEF3E8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Dopoledne</w:t>
            </w:r>
          </w:p>
        </w:tc>
        <w:tc>
          <w:tcPr>
            <w:tcW w:type="dxa" w:w="2494"/>
            <w:shd w:fill="EEF3E8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Odpoledne</w:t>
            </w:r>
          </w:p>
        </w:tc>
      </w:tr>
      <w:tr>
        <w:trPr>
          <w:trHeight w:val="510"/>
        </w:trPr>
        <w:tc>
          <w:tcPr>
            <w:tcW w:type="dxa" w:w="1701"/>
            <w:shd w:fill="FAFAF7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Po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</w:tr>
      <w:tr>
        <w:trPr>
          <w:trHeight w:val="510"/>
        </w:trPr>
        <w:tc>
          <w:tcPr>
            <w:tcW w:type="dxa" w:w="1701"/>
            <w:shd w:fill="FAFAF7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Út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</w:tr>
      <w:tr>
        <w:trPr>
          <w:trHeight w:val="510"/>
        </w:trPr>
        <w:tc>
          <w:tcPr>
            <w:tcW w:type="dxa" w:w="1701"/>
            <w:shd w:fill="FAFAF7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St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</w:tr>
      <w:tr>
        <w:trPr>
          <w:trHeight w:val="510"/>
        </w:trPr>
        <w:tc>
          <w:tcPr>
            <w:tcW w:type="dxa" w:w="1701"/>
            <w:shd w:fill="FAFAF7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Čt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</w:tr>
      <w:tr>
        <w:trPr>
          <w:trHeight w:val="510"/>
        </w:trPr>
        <w:tc>
          <w:tcPr>
            <w:tcW w:type="dxa" w:w="1701"/>
            <w:shd w:fill="FAFAF7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Pá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</w:tr>
    </w:tbl>
    <w:p>
      <w:pPr>
        <w:spacing w:before="160" w:after="80"/>
      </w:pPr>
      <w:r>
        <w:rPr>
          <w:rFonts w:ascii="Calibri" w:hAnsi="Calibri"/>
          <w:b/>
          <w:color w:val="3D4E34"/>
          <w:sz w:val="20"/>
        </w:rPr>
        <w:t>2. V sudý týden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1701"/>
            <w:shd w:fill="EEF3E8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Den v týdnu</w:t>
            </w:r>
          </w:p>
        </w:tc>
        <w:tc>
          <w:tcPr>
            <w:tcW w:type="dxa" w:w="2494"/>
            <w:shd w:fill="EEF3E8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Celodenní docházka</w:t>
            </w:r>
          </w:p>
        </w:tc>
        <w:tc>
          <w:tcPr>
            <w:tcW w:type="dxa" w:w="2494"/>
            <w:shd w:fill="EEF3E8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Dopoledne</w:t>
            </w:r>
          </w:p>
        </w:tc>
        <w:tc>
          <w:tcPr>
            <w:tcW w:type="dxa" w:w="2494"/>
            <w:shd w:fill="EEF3E8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Odpoledne</w:t>
            </w:r>
          </w:p>
        </w:tc>
      </w:tr>
      <w:tr>
        <w:trPr>
          <w:trHeight w:val="510"/>
        </w:trPr>
        <w:tc>
          <w:tcPr>
            <w:tcW w:type="dxa" w:w="1701"/>
            <w:shd w:fill="FAFAF7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Po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</w:tr>
      <w:tr>
        <w:trPr>
          <w:trHeight w:val="510"/>
        </w:trPr>
        <w:tc>
          <w:tcPr>
            <w:tcW w:type="dxa" w:w="1701"/>
            <w:shd w:fill="FAFAF7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Út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</w:tr>
      <w:tr>
        <w:trPr>
          <w:trHeight w:val="510"/>
        </w:trPr>
        <w:tc>
          <w:tcPr>
            <w:tcW w:type="dxa" w:w="1701"/>
            <w:shd w:fill="FAFAF7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St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</w:tr>
      <w:tr>
        <w:trPr>
          <w:trHeight w:val="510"/>
        </w:trPr>
        <w:tc>
          <w:tcPr>
            <w:tcW w:type="dxa" w:w="1701"/>
            <w:shd w:fill="FAFAF7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Čt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</w:tr>
      <w:tr>
        <w:trPr>
          <w:trHeight w:val="510"/>
        </w:trPr>
        <w:tc>
          <w:tcPr>
            <w:tcW w:type="dxa" w:w="1701"/>
            <w:shd w:fill="FAFAF7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3D4E34"/>
                <w:sz w:val="18"/>
              </w:rPr>
              <w:t>Pá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  <w:tc>
          <w:tcPr>
            <w:tcW w:type="dxa" w:w="2494"/>
            <w:vAlign w:val="center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4"/>
              </w:rPr>
              <w:t>□</w:t>
            </w:r>
          </w:p>
        </w:tc>
      </w:tr>
    </w:tbl>
    <w:p>
      <w:pPr>
        <w:spacing w:before="240"/>
        <w:ind w:left="283"/>
      </w:pPr>
      <w:r>
        <w:rPr>
          <w:rFonts w:ascii="Calibri" w:hAnsi="Calibri"/>
          <w:sz w:val="18"/>
        </w:rPr>
        <w:t>3. Dle individuálního rozpisu, který rodiče předají osobně vždy na začátku měsíce zástupkyni ředitelky.</w:t>
      </w:r>
    </w:p>
    <w:p>
      <w:r>
        <w:rPr>
          <w:rFonts w:ascii="Calibri" w:hAnsi="Calibri"/>
        </w:rPr>
        <w:br w:type="page"/>
      </w:r>
    </w:p>
    <w:p>
      <w:pPr>
        <w:spacing w:after="80"/>
        <w:jc w:val="center"/>
      </w:pPr>
      <w:r>
        <w:rPr>
          <w:rFonts w:ascii="Calibri" w:hAnsi="Calibri"/>
        </w:rPr>
        <w:drawing>
          <wp:inline xmlns:a="http://schemas.openxmlformats.org/drawingml/2006/main" xmlns:pic="http://schemas.openxmlformats.org/drawingml/2006/picture">
            <wp:extent cx="2592000" cy="133102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oom_logo_croppe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3310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60"/>
      </w:pPr>
      <w:r>
        <w:rPr>
          <w:rFonts w:ascii="Calibri" w:hAnsi="Calibri"/>
          <w:b/>
          <w:i/>
          <w:color w:val="3D4E34"/>
          <w:sz w:val="20"/>
        </w:rPr>
        <w:t>Zde uveďte: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624"/>
        </w:trPr>
        <w:tc>
          <w:tcPr>
            <w:tcW w:type="dxa" w:w="3628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Den nástupu dítěte do školky</w:t>
            </w:r>
          </w:p>
        </w:tc>
        <w:tc>
          <w:tcPr>
            <w:tcW w:type="dxa" w:w="6009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624"/>
        </w:trPr>
        <w:tc>
          <w:tcPr>
            <w:tcW w:type="dxa" w:w="3628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shd w:fill="FAFAF7"/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Poznámka rodiče</w:t>
            </w:r>
          </w:p>
        </w:tc>
        <w:tc>
          <w:tcPr>
            <w:tcW w:type="dxa" w:w="6009"/>
            <w:tcBorders>
              <w:top w:val="single" w:sz="8" w:color="9A9A9A"/>
              <w:left w:val="single" w:sz="8" w:color="9A9A9A"/>
              <w:bottom w:val="single" w:sz="8" w:color="9A9A9A"/>
              <w:right w:val="single" w:sz="8" w:color="9A9A9A"/>
            </w:tcBorders>
            <w:vAlign w:val="center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</w:tbl>
    <w:p>
      <w:pPr>
        <w:spacing w:before="240" w:after="80"/>
      </w:pPr>
      <w:r>
        <w:rPr>
          <w:rFonts w:ascii="Calibri" w:hAnsi="Calibri"/>
          <w:sz w:val="18"/>
        </w:rPr>
        <w:t>Přihlášku odevzdejte osobně ve školce nebo zašlete elektronicky na andreaduspivova@ms-pisnice.cz</w:t>
      </w:r>
    </w:p>
    <w:p>
      <w:pPr>
        <w:spacing w:before="160"/>
      </w:pPr>
      <w:r>
        <w:rPr>
          <w:rFonts w:ascii="Calibri" w:hAnsi="Calibri"/>
          <w:b/>
          <w:color w:val="3D4E34"/>
          <w:sz w:val="18"/>
        </w:rPr>
        <w:t>Dále vás žádáme o následující:</w:t>
      </w:r>
    </w:p>
    <w:p>
      <w:pPr>
        <w:spacing w:after="40"/>
        <w:ind w:left="454" w:hanging="198"/>
      </w:pPr>
      <w:r>
        <w:rPr>
          <w:rFonts w:ascii="Calibri" w:hAnsi="Calibri"/>
          <w:sz w:val="18"/>
        </w:rPr>
        <w:t>•  Předat v den nástupu vyplněný a podepsaný „Evidenční list dítěte“ (k dispozici na www.ms-pisnice.cz v sekci „Dokumenty ke stažení“).</w:t>
      </w:r>
    </w:p>
    <w:p>
      <w:pPr>
        <w:spacing w:after="40"/>
        <w:ind w:left="454" w:hanging="198"/>
      </w:pPr>
      <w:r>
        <w:rPr>
          <w:rFonts w:ascii="Calibri" w:hAnsi="Calibri"/>
          <w:sz w:val="18"/>
        </w:rPr>
        <w:t>•  Seznámit se s pokyny uvedenými v sekci O nás „Provozní řád“.</w:t>
      </w:r>
    </w:p>
    <w:p>
      <w:pPr>
        <w:spacing w:before="160" w:after="160"/>
      </w:pPr>
      <w:r>
        <w:rPr>
          <w:rFonts w:ascii="Calibri" w:hAnsi="Calibri"/>
          <w:sz w:val="16"/>
        </w:rPr>
        <w:t>Dávám souhlas ve smyslu zákona č. 101/2000 Sb., o ochraně osobních údajů v platném znění, aby mé osobní údaje získané v souvislosti s touto přihláškou byly zpracovány výhradně pro potřeby školky „Písnický domeček“ a prohlašuji, že bez zbytečného odkladu oznámím každou změnu těchto údajů.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680"/>
        </w:trPr>
        <w:tc>
          <w:tcPr>
            <w:tcW w:type="dxa" w:w="4819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Jméno a příjmení zákonného zástupce:</w:t>
              <w:br/>
              <w:t>(hůlkovým písmem)</w:t>
            </w:r>
          </w:p>
        </w:tc>
        <w:tc>
          <w:tcPr>
            <w:tcW w:type="dxa" w:w="4819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  <w:tr>
        <w:trPr>
          <w:trHeight w:val="680"/>
        </w:trPr>
        <w:tc>
          <w:tcPr>
            <w:tcW w:type="dxa" w:w="4819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Datum:</w:t>
            </w:r>
          </w:p>
        </w:tc>
        <w:tc>
          <w:tcPr>
            <w:tcW w:type="dxa" w:w="4819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  <w:t>Podpis:</w:t>
            </w:r>
          </w:p>
        </w:tc>
      </w:tr>
      <w:tr>
        <w:trPr>
          <w:trHeight w:val="454"/>
        </w:trPr>
        <w:tc>
          <w:tcPr>
            <w:tcW w:type="dxa" w:w="4819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  <w:tc>
          <w:tcPr>
            <w:tcW w:type="dxa" w:w="4819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000000"/>
                <w:sz w:val="18"/>
              </w:rPr>
            </w:r>
          </w:p>
        </w:tc>
      </w:tr>
    </w:tbl>
    <w:p>
      <w:pPr>
        <w:spacing w:before="360"/>
        <w:jc w:val="center"/>
      </w:pPr>
      <w:r>
        <w:rPr>
          <w:rFonts w:ascii="Calibri" w:hAnsi="Calibri"/>
          <w:b/>
          <w:color w:val="3D4E34"/>
          <w:sz w:val="24"/>
          <w:u w:val="single"/>
        </w:rPr>
        <w:t>DODATEK K PŘIHLÁŠCE</w:t>
      </w:r>
    </w:p>
    <w:p>
      <w:r>
        <w:rPr>
          <w:rFonts w:ascii="Calibri" w:hAnsi="Calibri"/>
        </w:rPr>
        <w:br w:type="page"/>
      </w:r>
    </w:p>
    <w:p>
      <w:pPr>
        <w:spacing w:after="80"/>
        <w:jc w:val="center"/>
      </w:pPr>
      <w:r>
        <w:rPr>
          <w:rFonts w:ascii="Calibri" w:hAnsi="Calibri"/>
        </w:rPr>
        <w:drawing>
          <wp:inline xmlns:a="http://schemas.openxmlformats.org/drawingml/2006/main" xmlns:pic="http://schemas.openxmlformats.org/drawingml/2006/picture">
            <wp:extent cx="2592000" cy="133102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oom_logo_croppe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3310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/>
          <w:b/>
          <w:color w:val="3D4E34"/>
          <w:sz w:val="26"/>
        </w:rPr>
        <w:t>DODATEK K PŘIHLÁŠCE</w:t>
      </w:r>
    </w:p>
    <w:p>
      <w:pPr>
        <w:spacing w:after="200"/>
      </w:pPr>
      <w:r>
        <w:rPr>
          <w:rFonts w:ascii="Calibri" w:hAnsi="Calibri"/>
          <w:b/>
          <w:sz w:val="20"/>
          <w:u w:val="single"/>
        </w:rPr>
        <w:t>Umístění fotografie mého dítěte na webových stránkách školy, v časopise a na nástěnkách MŠ</w:t>
      </w:r>
    </w:p>
    <w:p>
      <w:pPr>
        <w:spacing w:after="400"/>
      </w:pPr>
      <w:r>
        <w:rPr>
          <w:rFonts w:ascii="Calibri" w:hAnsi="Calibri"/>
          <w:sz w:val="20"/>
        </w:rPr>
        <w:t>Zákonný zástupce uděluje / neuděluje v souladu se zákonem č. 101/2000 Sb., o ochraně osobních údajů, souhlas s prezentací dětských fotografií, pořízených v mateřské škole nebo na akcích, kterých se mateřská škola účastní.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340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3D4E34"/>
                <w:sz w:val="20"/>
              </w:rPr>
              <w:t>nehodící škrtněte</w:t>
            </w:r>
          </w:p>
        </w:tc>
        <w:tc>
          <w:tcPr>
            <w:tcW w:type="dxa" w:w="283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3D4E34"/>
                <w:sz w:val="20"/>
              </w:rPr>
              <w:t>UDĚLUJI</w:t>
            </w:r>
          </w:p>
        </w:tc>
        <w:tc>
          <w:tcPr>
            <w:tcW w:type="dxa" w:w="340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3D4E34"/>
                <w:sz w:val="20"/>
              </w:rPr>
              <w:t>NEUDĚLUJI</w:t>
            </w:r>
          </w:p>
        </w:tc>
      </w:tr>
      <w:tr>
        <w:tc>
          <w:tcPr>
            <w:tcW w:type="dxa" w:w="3402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8"/>
              </w:rPr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8"/>
              </w:rPr>
              <w:t>□</w:t>
            </w:r>
          </w:p>
        </w:tc>
        <w:tc>
          <w:tcPr>
            <w:tcW w:type="dxa" w:w="3402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 w:val="0"/>
                <w:color w:val="000000"/>
                <w:sz w:val="28"/>
              </w:rPr>
              <w:t>□</w:t>
            </w:r>
          </w:p>
        </w:tc>
      </w:tr>
    </w:tbl>
    <w:p>
      <w:pPr>
        <w:spacing w:before="600"/>
      </w:pPr>
      <w:r>
        <w:rPr>
          <w:rFonts w:ascii="Calibri" w:hAnsi="Calibri"/>
          <w:sz w:val="20"/>
        </w:rPr>
        <w:t>Datum: ........................................        Podpis zákonného zástupce: ........................................................</w:t>
      </w:r>
    </w:p>
    <w:sectPr w:rsidR="00FC693F" w:rsidRPr="0006063C" w:rsidSect="00034616">
      <w:footerReference w:type="default" r:id="rId9"/>
      <w:pgSz w:w="11906" w:h="16838"/>
      <w:pgMar w:top="624" w:right="794" w:bottom="56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788273"/>
        <w:sz w:val="16"/>
      </w:rPr>
      <w:t>Bloom – MŠ Písnický domeček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k docházce dítěte 2026/2027</dc:title>
  <dc:subject/>
  <dc:creator>Bloom – MŠ Písnický domeček</dc:creator>
  <cp:keywords/>
  <dc:description>generated by python-docx</dc:description>
  <cp:lastModifiedBy>Bloom – MŠ Písnický domeček</cp:lastModifiedBy>
  <cp:revision>1</cp:revision>
  <dcterms:created xsi:type="dcterms:W3CDTF">2013-12-23T23:15:00Z</dcterms:created>
  <dcterms:modified xsi:type="dcterms:W3CDTF">2013-12-23T23:15:00Z</dcterms:modified>
  <cp:category/>
</cp:coreProperties>
</file>