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5B319" w14:textId="77777777" w:rsidR="001B394D" w:rsidRDefault="00B96E60">
      <w:pPr>
        <w:spacing w:after="20" w:line="240" w:lineRule="auto"/>
        <w:jc w:val="center"/>
      </w:pPr>
      <w:r>
        <w:rPr>
          <w:noProof/>
        </w:rPr>
        <w:drawing>
          <wp:inline distT="0" distB="0" distL="0" distR="0" wp14:anchorId="2D8ADAF6" wp14:editId="42FED8A6">
            <wp:extent cx="2088000" cy="10722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om_logo_croppe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88000" cy="1072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14EA1" w14:textId="77777777" w:rsidR="00DA456F" w:rsidRDefault="00DA456F">
      <w:pPr>
        <w:spacing w:after="0" w:line="240" w:lineRule="auto"/>
        <w:jc w:val="center"/>
        <w:rPr>
          <w:rFonts w:ascii="Cambria" w:eastAsia="Cambria" w:hAnsi="Cambria"/>
          <w:b/>
          <w:color w:val="374B30"/>
          <w:sz w:val="32"/>
        </w:rPr>
      </w:pPr>
    </w:p>
    <w:p w14:paraId="11D47118" w14:textId="4784467F" w:rsidR="001B394D" w:rsidRDefault="00DA456F">
      <w:pPr>
        <w:spacing w:after="0" w:line="240" w:lineRule="auto"/>
        <w:jc w:val="center"/>
        <w:rPr>
          <w:rFonts w:ascii="Cambria" w:eastAsia="Cambria" w:hAnsi="Cambria"/>
          <w:b/>
          <w:color w:val="374B30"/>
          <w:sz w:val="32"/>
        </w:rPr>
      </w:pPr>
      <w:proofErr w:type="spellStart"/>
      <w:r>
        <w:rPr>
          <w:rFonts w:ascii="Cambria" w:eastAsia="Cambria" w:hAnsi="Cambria"/>
          <w:b/>
          <w:color w:val="374B30"/>
          <w:sz w:val="32"/>
        </w:rPr>
        <w:t>L</w:t>
      </w:r>
      <w:r w:rsidR="00B96E60">
        <w:rPr>
          <w:rFonts w:ascii="Cambria" w:eastAsia="Cambria" w:hAnsi="Cambria"/>
          <w:b/>
          <w:color w:val="374B30"/>
          <w:sz w:val="32"/>
        </w:rPr>
        <w:t>ékařské</w:t>
      </w:r>
      <w:proofErr w:type="spellEnd"/>
      <w:r w:rsidR="00B96E60">
        <w:rPr>
          <w:rFonts w:ascii="Cambria" w:eastAsia="Cambria" w:hAnsi="Cambria"/>
          <w:b/>
          <w:color w:val="374B30"/>
          <w:sz w:val="32"/>
        </w:rPr>
        <w:t xml:space="preserve"> </w:t>
      </w:r>
      <w:proofErr w:type="spellStart"/>
      <w:r w:rsidR="00B96E60">
        <w:rPr>
          <w:rFonts w:ascii="Cambria" w:eastAsia="Cambria" w:hAnsi="Cambria"/>
          <w:b/>
          <w:color w:val="374B30"/>
          <w:sz w:val="32"/>
        </w:rPr>
        <w:t>potvrzení</w:t>
      </w:r>
      <w:proofErr w:type="spellEnd"/>
    </w:p>
    <w:p w14:paraId="1E03633D" w14:textId="77777777" w:rsidR="001B394D" w:rsidRDefault="00B96E60">
      <w:pPr>
        <w:spacing w:after="0" w:line="240" w:lineRule="auto"/>
        <w:jc w:val="center"/>
      </w:pPr>
      <w:r>
        <w:rPr>
          <w:rFonts w:ascii="Cambria" w:eastAsia="Cambria" w:hAnsi="Cambria"/>
          <w:b/>
          <w:color w:val="374B30"/>
          <w:sz w:val="22"/>
        </w:rPr>
        <w:t xml:space="preserve">o </w:t>
      </w:r>
      <w:proofErr w:type="spellStart"/>
      <w:r>
        <w:rPr>
          <w:rFonts w:ascii="Cambria" w:eastAsia="Cambria" w:hAnsi="Cambria"/>
          <w:b/>
          <w:color w:val="374B30"/>
          <w:sz w:val="22"/>
        </w:rPr>
        <w:t>způsobilosti</w:t>
      </w:r>
      <w:proofErr w:type="spellEnd"/>
      <w:r>
        <w:rPr>
          <w:rFonts w:ascii="Cambria" w:eastAsia="Cambria" w:hAnsi="Cambria"/>
          <w:b/>
          <w:color w:val="374B30"/>
          <w:sz w:val="22"/>
        </w:rPr>
        <w:t xml:space="preserve"> </w:t>
      </w:r>
      <w:proofErr w:type="spellStart"/>
      <w:r>
        <w:rPr>
          <w:rFonts w:ascii="Cambria" w:eastAsia="Cambria" w:hAnsi="Cambria"/>
          <w:b/>
          <w:color w:val="374B30"/>
          <w:sz w:val="22"/>
        </w:rPr>
        <w:t>dítěte</w:t>
      </w:r>
      <w:proofErr w:type="spellEnd"/>
      <w:r>
        <w:rPr>
          <w:rFonts w:ascii="Cambria" w:eastAsia="Cambria" w:hAnsi="Cambria"/>
          <w:b/>
          <w:color w:val="374B30"/>
          <w:sz w:val="22"/>
        </w:rPr>
        <w:t xml:space="preserve"> k docházce do mateřské školy</w:t>
      </w:r>
    </w:p>
    <w:p w14:paraId="0302D383" w14:textId="77777777" w:rsidR="001B394D" w:rsidRDefault="00B96E60">
      <w:pPr>
        <w:spacing w:after="100" w:line="240" w:lineRule="auto"/>
        <w:jc w:val="center"/>
      </w:pPr>
      <w:r>
        <w:rPr>
          <w:i/>
          <w:color w:val="828282"/>
          <w:sz w:val="18"/>
        </w:rPr>
        <w:t>(vyplňuje lékař)</w:t>
      </w:r>
    </w:p>
    <w:p w14:paraId="1E78EC7C" w14:textId="77777777" w:rsidR="001B394D" w:rsidRPr="00DA456F" w:rsidRDefault="00B96E60">
      <w:pPr>
        <w:spacing w:after="40" w:line="240" w:lineRule="auto"/>
        <w:rPr>
          <w:sz w:val="24"/>
          <w:szCs w:val="24"/>
        </w:rPr>
      </w:pPr>
      <w:r w:rsidRPr="00DA456F">
        <w:rPr>
          <w:b/>
          <w:color w:val="374B30"/>
          <w:sz w:val="24"/>
          <w:szCs w:val="24"/>
        </w:rPr>
        <w:t xml:space="preserve">Dítě (příjmení a jméno):  </w:t>
      </w:r>
      <w:r w:rsidRPr="00DA456F">
        <w:rPr>
          <w:sz w:val="24"/>
          <w:szCs w:val="24"/>
        </w:rPr>
        <w:t>....................................................................................................................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11"/>
        <w:gridCol w:w="5411"/>
      </w:tblGrid>
      <w:tr w:rsidR="001B394D" w:rsidRPr="00DA456F" w14:paraId="56EBBE0D" w14:textId="77777777">
        <w:trPr>
          <w:trHeight w:val="408"/>
          <w:jc w:val="center"/>
        </w:trPr>
        <w:tc>
          <w:tcPr>
            <w:tcW w:w="5411" w:type="dxa"/>
            <w:tcBorders>
              <w:top w:val="single" w:sz="5" w:space="0" w:color="C9C1B7"/>
              <w:left w:val="single" w:sz="5" w:space="0" w:color="C9C1B7"/>
              <w:bottom w:val="single" w:sz="5" w:space="0" w:color="C9C1B7"/>
              <w:right w:val="single" w:sz="5" w:space="0" w:color="C9C1B7"/>
            </w:tcBorders>
            <w:shd w:val="clear" w:color="auto" w:fill="FBF8F1"/>
            <w:vAlign w:val="center"/>
          </w:tcPr>
          <w:p w14:paraId="201504C1" w14:textId="77777777" w:rsidR="001B394D" w:rsidRPr="00DA456F" w:rsidRDefault="00B96E60">
            <w:pPr>
              <w:spacing w:after="0" w:line="240" w:lineRule="auto"/>
              <w:rPr>
                <w:sz w:val="24"/>
                <w:szCs w:val="24"/>
              </w:rPr>
            </w:pPr>
            <w:r w:rsidRPr="00DA456F">
              <w:rPr>
                <w:b/>
                <w:color w:val="374B30"/>
                <w:sz w:val="24"/>
                <w:szCs w:val="24"/>
              </w:rPr>
              <w:t>1. Je smyslově a duševně zdravé a je způsobilé navštěvovat mateřskou školu:</w:t>
            </w:r>
          </w:p>
        </w:tc>
        <w:tc>
          <w:tcPr>
            <w:tcW w:w="5411" w:type="dxa"/>
            <w:tcBorders>
              <w:top w:val="single" w:sz="5" w:space="0" w:color="C9C1B7"/>
              <w:left w:val="single" w:sz="5" w:space="0" w:color="C9C1B7"/>
              <w:bottom w:val="single" w:sz="5" w:space="0" w:color="C9C1B7"/>
              <w:right w:val="single" w:sz="5" w:space="0" w:color="C9C1B7"/>
            </w:tcBorders>
            <w:shd w:val="clear" w:color="auto" w:fill="FBF8F1"/>
            <w:vAlign w:val="center"/>
          </w:tcPr>
          <w:p w14:paraId="616410F7" w14:textId="77777777" w:rsidR="001B394D" w:rsidRPr="00DA456F" w:rsidRDefault="00B96E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456F">
              <w:rPr>
                <w:sz w:val="24"/>
                <w:szCs w:val="24"/>
              </w:rPr>
              <w:t>☐</w:t>
            </w:r>
            <w:r w:rsidRPr="00DA456F">
              <w:rPr>
                <w:sz w:val="24"/>
                <w:szCs w:val="24"/>
              </w:rPr>
              <w:t xml:space="preserve"> ANO        ☐ NE</w:t>
            </w:r>
            <w:r w:rsidRPr="00DA456F">
              <w:rPr>
                <w:sz w:val="24"/>
                <w:szCs w:val="24"/>
              </w:rPr>
              <w:br/>
              <w:t>(příslušné označte)</w:t>
            </w:r>
          </w:p>
        </w:tc>
      </w:tr>
    </w:tbl>
    <w:p w14:paraId="2CE6EF43" w14:textId="77777777" w:rsidR="001B394D" w:rsidRPr="00DA456F" w:rsidRDefault="001B394D">
      <w:pPr>
        <w:spacing w:after="20" w:line="240" w:lineRule="auto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11"/>
        <w:gridCol w:w="5411"/>
      </w:tblGrid>
      <w:tr w:rsidR="001B394D" w:rsidRPr="00DA456F" w14:paraId="470BD612" w14:textId="77777777">
        <w:trPr>
          <w:trHeight w:val="408"/>
          <w:jc w:val="center"/>
        </w:trPr>
        <w:tc>
          <w:tcPr>
            <w:tcW w:w="5411" w:type="dxa"/>
            <w:tcBorders>
              <w:top w:val="single" w:sz="5" w:space="0" w:color="C9C1B7"/>
              <w:left w:val="single" w:sz="5" w:space="0" w:color="C9C1B7"/>
              <w:bottom w:val="single" w:sz="5" w:space="0" w:color="C9C1B7"/>
              <w:right w:val="single" w:sz="5" w:space="0" w:color="C9C1B7"/>
            </w:tcBorders>
            <w:shd w:val="clear" w:color="auto" w:fill="FBF8F1"/>
            <w:vAlign w:val="center"/>
          </w:tcPr>
          <w:p w14:paraId="32759E74" w14:textId="77777777" w:rsidR="001B394D" w:rsidRPr="00DA456F" w:rsidRDefault="00B96E60">
            <w:pPr>
              <w:spacing w:after="0" w:line="240" w:lineRule="auto"/>
              <w:rPr>
                <w:sz w:val="24"/>
                <w:szCs w:val="24"/>
              </w:rPr>
            </w:pPr>
            <w:r w:rsidRPr="00DA456F">
              <w:rPr>
                <w:b/>
                <w:color w:val="374B30"/>
                <w:sz w:val="24"/>
                <w:szCs w:val="24"/>
              </w:rPr>
              <w:t>2. Dítě vyžaduje speciální péči v oblasti:</w:t>
            </w:r>
          </w:p>
        </w:tc>
        <w:tc>
          <w:tcPr>
            <w:tcW w:w="5411" w:type="dxa"/>
            <w:tcBorders>
              <w:top w:val="single" w:sz="5" w:space="0" w:color="C9C1B7"/>
              <w:left w:val="single" w:sz="5" w:space="0" w:color="C9C1B7"/>
              <w:bottom w:val="single" w:sz="5" w:space="0" w:color="C9C1B7"/>
              <w:right w:val="single" w:sz="5" w:space="0" w:color="C9C1B7"/>
            </w:tcBorders>
            <w:shd w:val="clear" w:color="auto" w:fill="FBF8F1"/>
            <w:vAlign w:val="center"/>
          </w:tcPr>
          <w:p w14:paraId="654C9C0F" w14:textId="77777777" w:rsidR="001B394D" w:rsidRPr="00DA456F" w:rsidRDefault="00B96E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456F">
              <w:rPr>
                <w:sz w:val="24"/>
                <w:szCs w:val="24"/>
              </w:rPr>
              <w:t>☐</w:t>
            </w:r>
            <w:r w:rsidRPr="00DA456F">
              <w:rPr>
                <w:sz w:val="24"/>
                <w:szCs w:val="24"/>
              </w:rPr>
              <w:t xml:space="preserve"> zdravotní     ☐ tělesné</w:t>
            </w:r>
            <w:r w:rsidRPr="00DA456F">
              <w:rPr>
                <w:sz w:val="24"/>
                <w:szCs w:val="24"/>
              </w:rPr>
              <w:br/>
              <w:t xml:space="preserve">☐ jiné   </w:t>
            </w:r>
            <w:proofErr w:type="gramStart"/>
            <w:r w:rsidRPr="00DA456F">
              <w:rPr>
                <w:sz w:val="24"/>
                <w:szCs w:val="24"/>
              </w:rPr>
              <w:t xml:space="preserve">   (</w:t>
            </w:r>
            <w:proofErr w:type="gramEnd"/>
            <w:r w:rsidRPr="00DA456F">
              <w:rPr>
                <w:sz w:val="24"/>
                <w:szCs w:val="24"/>
              </w:rPr>
              <w:t>příslušné označte)</w:t>
            </w:r>
          </w:p>
        </w:tc>
      </w:tr>
    </w:tbl>
    <w:p w14:paraId="2C205C96" w14:textId="77777777" w:rsidR="001B394D" w:rsidRPr="00DA456F" w:rsidRDefault="001B394D">
      <w:pPr>
        <w:spacing w:after="20" w:line="240" w:lineRule="auto"/>
        <w:rPr>
          <w:sz w:val="24"/>
          <w:szCs w:val="24"/>
        </w:rPr>
      </w:pPr>
    </w:p>
    <w:p w14:paraId="708CBD7B" w14:textId="77777777" w:rsidR="001B394D" w:rsidRPr="00DA456F" w:rsidRDefault="00B96E60">
      <w:pPr>
        <w:spacing w:before="20" w:after="20" w:line="240" w:lineRule="auto"/>
        <w:rPr>
          <w:sz w:val="24"/>
          <w:szCs w:val="24"/>
        </w:rPr>
      </w:pPr>
      <w:r w:rsidRPr="00DA456F">
        <w:rPr>
          <w:b/>
          <w:color w:val="374B30"/>
          <w:sz w:val="24"/>
          <w:szCs w:val="24"/>
        </w:rPr>
        <w:t xml:space="preserve">3. Závažné údaje o zdravotním stavu dítěte </w:t>
      </w:r>
      <w:r w:rsidRPr="00DA456F">
        <w:rPr>
          <w:i/>
          <w:sz w:val="24"/>
          <w:szCs w:val="24"/>
        </w:rPr>
        <w:t>(užívá léky, alergie, epilepsie, zdravotní postižení nebo jiné skutečnosti vyžadující zvláštní podmínky zařazení do kolektivu):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22"/>
      </w:tblGrid>
      <w:tr w:rsidR="001B394D" w:rsidRPr="00DA456F" w14:paraId="684D98C4" w14:textId="77777777">
        <w:trPr>
          <w:trHeight w:val="238"/>
          <w:jc w:val="center"/>
        </w:trPr>
        <w:tc>
          <w:tcPr>
            <w:tcW w:w="10822" w:type="dxa"/>
            <w:tcBorders>
              <w:top w:val="nil"/>
              <w:left w:val="nil"/>
              <w:bottom w:val="dotted" w:sz="8" w:space="0" w:color="8F8F8F"/>
              <w:right w:val="nil"/>
            </w:tcBorders>
          </w:tcPr>
          <w:p w14:paraId="624E1377" w14:textId="77777777" w:rsidR="001B394D" w:rsidRPr="00DA456F" w:rsidRDefault="001B394D">
            <w:pPr>
              <w:rPr>
                <w:sz w:val="24"/>
                <w:szCs w:val="24"/>
              </w:rPr>
            </w:pPr>
          </w:p>
        </w:tc>
      </w:tr>
      <w:tr w:rsidR="001B394D" w:rsidRPr="00DA456F" w14:paraId="55DF8F12" w14:textId="77777777">
        <w:trPr>
          <w:trHeight w:val="238"/>
          <w:jc w:val="center"/>
        </w:trPr>
        <w:tc>
          <w:tcPr>
            <w:tcW w:w="10822" w:type="dxa"/>
            <w:tcBorders>
              <w:top w:val="nil"/>
              <w:left w:val="nil"/>
              <w:bottom w:val="dotted" w:sz="8" w:space="0" w:color="8F8F8F"/>
              <w:right w:val="nil"/>
            </w:tcBorders>
          </w:tcPr>
          <w:p w14:paraId="03EA7D8F" w14:textId="77777777" w:rsidR="001B394D" w:rsidRPr="00DA456F" w:rsidRDefault="001B394D">
            <w:pPr>
              <w:rPr>
                <w:sz w:val="24"/>
                <w:szCs w:val="24"/>
              </w:rPr>
            </w:pPr>
          </w:p>
        </w:tc>
      </w:tr>
    </w:tbl>
    <w:p w14:paraId="7C80813F" w14:textId="77777777" w:rsidR="001B394D" w:rsidRPr="00DA456F" w:rsidRDefault="00B96E60">
      <w:pPr>
        <w:spacing w:before="20" w:after="20" w:line="240" w:lineRule="auto"/>
        <w:rPr>
          <w:sz w:val="24"/>
          <w:szCs w:val="24"/>
        </w:rPr>
      </w:pPr>
      <w:r w:rsidRPr="00DA456F">
        <w:rPr>
          <w:b/>
          <w:color w:val="374B30"/>
          <w:sz w:val="24"/>
          <w:szCs w:val="24"/>
        </w:rPr>
        <w:t xml:space="preserve">4. Jiná sdělení o dítěti </w:t>
      </w:r>
      <w:r w:rsidRPr="00DA456F">
        <w:rPr>
          <w:i/>
          <w:sz w:val="24"/>
          <w:szCs w:val="24"/>
        </w:rPr>
        <w:t>(např. skutečnosti, které mohou mít vliv na začlenění dítěte do kolektivu, jeho zralost, způsobilost a připravenost pro vstup do mateřské školy):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22"/>
      </w:tblGrid>
      <w:tr w:rsidR="001B394D" w:rsidRPr="00DA456F" w14:paraId="28028461" w14:textId="77777777">
        <w:trPr>
          <w:trHeight w:val="238"/>
          <w:jc w:val="center"/>
        </w:trPr>
        <w:tc>
          <w:tcPr>
            <w:tcW w:w="10822" w:type="dxa"/>
            <w:tcBorders>
              <w:top w:val="nil"/>
              <w:left w:val="nil"/>
              <w:bottom w:val="dotted" w:sz="8" w:space="0" w:color="8F8F8F"/>
              <w:right w:val="nil"/>
            </w:tcBorders>
          </w:tcPr>
          <w:p w14:paraId="68EB5AAD" w14:textId="77777777" w:rsidR="001B394D" w:rsidRPr="00DA456F" w:rsidRDefault="001B394D">
            <w:pPr>
              <w:rPr>
                <w:sz w:val="24"/>
                <w:szCs w:val="24"/>
              </w:rPr>
            </w:pPr>
          </w:p>
        </w:tc>
      </w:tr>
      <w:tr w:rsidR="001B394D" w:rsidRPr="00DA456F" w14:paraId="4117C601" w14:textId="77777777">
        <w:trPr>
          <w:trHeight w:val="238"/>
          <w:jc w:val="center"/>
        </w:trPr>
        <w:tc>
          <w:tcPr>
            <w:tcW w:w="10822" w:type="dxa"/>
            <w:tcBorders>
              <w:top w:val="nil"/>
              <w:left w:val="nil"/>
              <w:bottom w:val="dotted" w:sz="8" w:space="0" w:color="8F8F8F"/>
              <w:right w:val="nil"/>
            </w:tcBorders>
          </w:tcPr>
          <w:p w14:paraId="039D3570" w14:textId="77777777" w:rsidR="001B394D" w:rsidRPr="00DA456F" w:rsidRDefault="001B394D">
            <w:pPr>
              <w:rPr>
                <w:sz w:val="24"/>
                <w:szCs w:val="24"/>
              </w:rPr>
            </w:pP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11"/>
        <w:gridCol w:w="5411"/>
      </w:tblGrid>
      <w:tr w:rsidR="001B394D" w:rsidRPr="00DA456F" w14:paraId="0E37B55A" w14:textId="77777777">
        <w:trPr>
          <w:trHeight w:val="408"/>
          <w:jc w:val="center"/>
        </w:trPr>
        <w:tc>
          <w:tcPr>
            <w:tcW w:w="5411" w:type="dxa"/>
            <w:tcBorders>
              <w:top w:val="single" w:sz="5" w:space="0" w:color="C9C1B7"/>
              <w:left w:val="single" w:sz="5" w:space="0" w:color="C9C1B7"/>
              <w:bottom w:val="single" w:sz="5" w:space="0" w:color="C9C1B7"/>
              <w:right w:val="single" w:sz="5" w:space="0" w:color="C9C1B7"/>
            </w:tcBorders>
            <w:shd w:val="clear" w:color="auto" w:fill="FBF8F1"/>
            <w:vAlign w:val="center"/>
          </w:tcPr>
          <w:p w14:paraId="4813F6AB" w14:textId="77777777" w:rsidR="001B394D" w:rsidRPr="00DA456F" w:rsidRDefault="00B96E60">
            <w:pPr>
              <w:spacing w:after="0" w:line="240" w:lineRule="auto"/>
              <w:rPr>
                <w:sz w:val="24"/>
                <w:szCs w:val="24"/>
              </w:rPr>
            </w:pPr>
            <w:r w:rsidRPr="00DA456F">
              <w:rPr>
                <w:b/>
                <w:color w:val="374B30"/>
                <w:sz w:val="24"/>
                <w:szCs w:val="24"/>
              </w:rPr>
              <w:t>5. Dítě je schopno účasti na akcích školy:</w:t>
            </w:r>
          </w:p>
        </w:tc>
        <w:tc>
          <w:tcPr>
            <w:tcW w:w="5411" w:type="dxa"/>
            <w:tcBorders>
              <w:top w:val="single" w:sz="5" w:space="0" w:color="C9C1B7"/>
              <w:left w:val="single" w:sz="5" w:space="0" w:color="C9C1B7"/>
              <w:bottom w:val="single" w:sz="5" w:space="0" w:color="C9C1B7"/>
              <w:right w:val="single" w:sz="5" w:space="0" w:color="C9C1B7"/>
            </w:tcBorders>
            <w:shd w:val="clear" w:color="auto" w:fill="FBF8F1"/>
            <w:vAlign w:val="center"/>
          </w:tcPr>
          <w:p w14:paraId="40EAE3F3" w14:textId="77777777" w:rsidR="001B394D" w:rsidRPr="00DA456F" w:rsidRDefault="00B96E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456F">
              <w:rPr>
                <w:sz w:val="24"/>
                <w:szCs w:val="24"/>
              </w:rPr>
              <w:t>☐</w:t>
            </w:r>
            <w:r w:rsidRPr="00DA456F">
              <w:rPr>
                <w:sz w:val="24"/>
                <w:szCs w:val="24"/>
              </w:rPr>
              <w:t xml:space="preserve"> plavání     ☐ saunování</w:t>
            </w:r>
            <w:r w:rsidRPr="00DA456F">
              <w:rPr>
                <w:sz w:val="24"/>
                <w:szCs w:val="24"/>
              </w:rPr>
              <w:br/>
              <w:t>☐ škola v přírodě</w:t>
            </w:r>
            <w:r w:rsidRPr="00DA456F">
              <w:rPr>
                <w:sz w:val="24"/>
                <w:szCs w:val="24"/>
              </w:rPr>
              <w:br/>
              <w:t>(příslušné označte)</w:t>
            </w:r>
          </w:p>
        </w:tc>
      </w:tr>
    </w:tbl>
    <w:p w14:paraId="0A34E988" w14:textId="77777777" w:rsidR="001B394D" w:rsidRPr="00DA456F" w:rsidRDefault="001B394D">
      <w:pPr>
        <w:spacing w:after="20" w:line="240" w:lineRule="auto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11"/>
        <w:gridCol w:w="5411"/>
      </w:tblGrid>
      <w:tr w:rsidR="001B394D" w:rsidRPr="00DA456F" w14:paraId="6C7C5CC6" w14:textId="77777777">
        <w:trPr>
          <w:trHeight w:val="408"/>
          <w:jc w:val="center"/>
        </w:trPr>
        <w:tc>
          <w:tcPr>
            <w:tcW w:w="5411" w:type="dxa"/>
            <w:tcBorders>
              <w:top w:val="single" w:sz="5" w:space="0" w:color="C9C1B7"/>
              <w:left w:val="single" w:sz="5" w:space="0" w:color="C9C1B7"/>
              <w:bottom w:val="single" w:sz="5" w:space="0" w:color="C9C1B7"/>
              <w:right w:val="single" w:sz="5" w:space="0" w:color="C9C1B7"/>
            </w:tcBorders>
            <w:shd w:val="clear" w:color="auto" w:fill="FBF8F1"/>
            <w:vAlign w:val="center"/>
          </w:tcPr>
          <w:p w14:paraId="2AEFC3D9" w14:textId="77777777" w:rsidR="001B394D" w:rsidRPr="00DA456F" w:rsidRDefault="00B96E60">
            <w:pPr>
              <w:spacing w:after="0" w:line="240" w:lineRule="auto"/>
              <w:rPr>
                <w:sz w:val="24"/>
                <w:szCs w:val="24"/>
              </w:rPr>
            </w:pPr>
            <w:r w:rsidRPr="00DA456F">
              <w:rPr>
                <w:b/>
                <w:color w:val="374B30"/>
                <w:sz w:val="24"/>
                <w:szCs w:val="24"/>
              </w:rPr>
              <w:t>6. Potvrzuji, že dítě je očkováno v souladu s ustanovením § 50 zákona č. 258/2000 Sb., o ochraně veřejného zdraví a změně některých souvisejících zákonů.</w:t>
            </w:r>
          </w:p>
        </w:tc>
        <w:tc>
          <w:tcPr>
            <w:tcW w:w="5411" w:type="dxa"/>
            <w:tcBorders>
              <w:top w:val="single" w:sz="5" w:space="0" w:color="C9C1B7"/>
              <w:left w:val="single" w:sz="5" w:space="0" w:color="C9C1B7"/>
              <w:bottom w:val="single" w:sz="5" w:space="0" w:color="C9C1B7"/>
              <w:right w:val="single" w:sz="5" w:space="0" w:color="C9C1B7"/>
            </w:tcBorders>
            <w:shd w:val="clear" w:color="auto" w:fill="FBF8F1"/>
            <w:vAlign w:val="center"/>
          </w:tcPr>
          <w:p w14:paraId="4B393393" w14:textId="77777777" w:rsidR="001B394D" w:rsidRPr="00DA456F" w:rsidRDefault="00B96E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A456F">
              <w:rPr>
                <w:sz w:val="24"/>
                <w:szCs w:val="24"/>
              </w:rPr>
              <w:t>☐</w:t>
            </w:r>
            <w:r w:rsidRPr="00DA456F">
              <w:rPr>
                <w:sz w:val="24"/>
                <w:szCs w:val="24"/>
              </w:rPr>
              <w:t xml:space="preserve"> ANO        ☐ NE</w:t>
            </w:r>
            <w:r w:rsidRPr="00DA456F">
              <w:rPr>
                <w:sz w:val="24"/>
                <w:szCs w:val="24"/>
              </w:rPr>
              <w:br/>
              <w:t>(příslušné označte)</w:t>
            </w:r>
          </w:p>
        </w:tc>
      </w:tr>
    </w:tbl>
    <w:p w14:paraId="7A0017FB" w14:textId="77777777" w:rsidR="001B394D" w:rsidRPr="00DA456F" w:rsidRDefault="001B394D">
      <w:pPr>
        <w:spacing w:after="20" w:line="240" w:lineRule="auto"/>
        <w:rPr>
          <w:sz w:val="24"/>
          <w:szCs w:val="24"/>
        </w:rPr>
      </w:pPr>
    </w:p>
    <w:p w14:paraId="70A4E25B" w14:textId="77777777" w:rsidR="001B394D" w:rsidRPr="00DA456F" w:rsidRDefault="001B394D">
      <w:pPr>
        <w:spacing w:before="100" w:after="0" w:line="240" w:lineRule="auto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11"/>
        <w:gridCol w:w="5411"/>
      </w:tblGrid>
      <w:tr w:rsidR="001B394D" w:rsidRPr="00DA456F" w14:paraId="6DB19BAE" w14:textId="77777777">
        <w:trPr>
          <w:jc w:val="center"/>
        </w:trPr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CA5BD" w14:textId="77777777" w:rsidR="001B394D" w:rsidRPr="00DA456F" w:rsidRDefault="00B96E60">
            <w:pPr>
              <w:spacing w:after="0" w:line="240" w:lineRule="auto"/>
              <w:rPr>
                <w:sz w:val="24"/>
                <w:szCs w:val="24"/>
              </w:rPr>
            </w:pPr>
            <w:r w:rsidRPr="00DA456F">
              <w:rPr>
                <w:b/>
                <w:color w:val="374B30"/>
                <w:sz w:val="24"/>
                <w:szCs w:val="24"/>
              </w:rPr>
              <w:t xml:space="preserve">V Praze dne: </w:t>
            </w:r>
            <w:r w:rsidRPr="00DA456F">
              <w:rPr>
                <w:sz w:val="24"/>
                <w:szCs w:val="24"/>
              </w:rPr>
              <w:t>................................</w:t>
            </w:r>
          </w:p>
        </w:tc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EEDB2" w14:textId="77777777" w:rsidR="001B394D" w:rsidRPr="00DA456F" w:rsidRDefault="00B96E60">
            <w:pPr>
              <w:spacing w:after="0" w:line="240" w:lineRule="auto"/>
              <w:rPr>
                <w:sz w:val="24"/>
                <w:szCs w:val="24"/>
              </w:rPr>
            </w:pPr>
            <w:r w:rsidRPr="00DA456F">
              <w:rPr>
                <w:b/>
                <w:color w:val="374B30"/>
                <w:sz w:val="24"/>
                <w:szCs w:val="24"/>
              </w:rPr>
              <w:t xml:space="preserve">Podpis a razítko lékaře: </w:t>
            </w:r>
            <w:r w:rsidRPr="00DA456F">
              <w:rPr>
                <w:sz w:val="24"/>
                <w:szCs w:val="24"/>
              </w:rPr>
              <w:t>........................................</w:t>
            </w:r>
          </w:p>
        </w:tc>
      </w:tr>
    </w:tbl>
    <w:p w14:paraId="2B638F9C" w14:textId="77777777" w:rsidR="00B96E60" w:rsidRPr="00DA456F" w:rsidRDefault="00B96E60">
      <w:pPr>
        <w:rPr>
          <w:sz w:val="24"/>
          <w:szCs w:val="24"/>
        </w:rPr>
      </w:pPr>
    </w:p>
    <w:sectPr w:rsidR="00B96E60" w:rsidRPr="00DA456F" w:rsidSect="00034616">
      <w:footerReference w:type="default" r:id="rId9"/>
      <w:pgSz w:w="12240" w:h="15840"/>
      <w:pgMar w:top="425" w:right="709" w:bottom="425" w:left="709" w:header="170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D346B" w14:textId="77777777" w:rsidR="00B96E60" w:rsidRDefault="00B96E60">
      <w:pPr>
        <w:spacing w:after="0" w:line="240" w:lineRule="auto"/>
      </w:pPr>
      <w:r>
        <w:separator/>
      </w:r>
    </w:p>
  </w:endnote>
  <w:endnote w:type="continuationSeparator" w:id="0">
    <w:p w14:paraId="1FEB04C2" w14:textId="77777777" w:rsidR="00B96E60" w:rsidRDefault="00B96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6D0F3" w14:textId="77777777" w:rsidR="001B394D" w:rsidRDefault="00B96E60">
    <w:pPr>
      <w:pStyle w:val="Zpat"/>
      <w:jc w:val="center"/>
    </w:pPr>
    <w:r>
      <w:rPr>
        <w:color w:val="828282"/>
        <w:sz w:val="15"/>
      </w:rPr>
      <w:t xml:space="preserve">Bloom – MŠ </w:t>
    </w:r>
    <w:proofErr w:type="spellStart"/>
    <w:r>
      <w:rPr>
        <w:color w:val="828282"/>
        <w:sz w:val="15"/>
      </w:rPr>
      <w:t>Písnický</w:t>
    </w:r>
    <w:proofErr w:type="spellEnd"/>
    <w:r>
      <w:rPr>
        <w:color w:val="828282"/>
        <w:sz w:val="15"/>
      </w:rPr>
      <w:t xml:space="preserve"> </w:t>
    </w:r>
    <w:proofErr w:type="spellStart"/>
    <w:r>
      <w:rPr>
        <w:color w:val="828282"/>
        <w:sz w:val="15"/>
      </w:rPr>
      <w:t>domeček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CF053" w14:textId="77777777" w:rsidR="00B96E60" w:rsidRDefault="00B96E60">
      <w:pPr>
        <w:spacing w:after="0" w:line="240" w:lineRule="auto"/>
      </w:pPr>
      <w:r>
        <w:separator/>
      </w:r>
    </w:p>
  </w:footnote>
  <w:footnote w:type="continuationSeparator" w:id="0">
    <w:p w14:paraId="2D9C66FC" w14:textId="77777777" w:rsidR="00B96E60" w:rsidRDefault="00B96E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3058682">
    <w:abstractNumId w:val="8"/>
  </w:num>
  <w:num w:numId="2" w16cid:durableId="1623414927">
    <w:abstractNumId w:val="6"/>
  </w:num>
  <w:num w:numId="3" w16cid:durableId="1574505594">
    <w:abstractNumId w:val="5"/>
  </w:num>
  <w:num w:numId="4" w16cid:durableId="2139058892">
    <w:abstractNumId w:val="4"/>
  </w:num>
  <w:num w:numId="5" w16cid:durableId="689844467">
    <w:abstractNumId w:val="7"/>
  </w:num>
  <w:num w:numId="6" w16cid:durableId="451554354">
    <w:abstractNumId w:val="3"/>
  </w:num>
  <w:num w:numId="7" w16cid:durableId="1119569894">
    <w:abstractNumId w:val="2"/>
  </w:num>
  <w:num w:numId="8" w16cid:durableId="241180812">
    <w:abstractNumId w:val="1"/>
  </w:num>
  <w:num w:numId="9" w16cid:durableId="990669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394D"/>
    <w:rsid w:val="0029639D"/>
    <w:rsid w:val="00326F90"/>
    <w:rsid w:val="00AA1D8D"/>
    <w:rsid w:val="00B47730"/>
    <w:rsid w:val="00B96E60"/>
    <w:rsid w:val="00CB0664"/>
    <w:rsid w:val="00DA456F"/>
    <w:rsid w:val="00E569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7A2DCEB3-5667-4545-AECA-FF2D38E7C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ptos" w:eastAsia="Aptos" w:hAnsi="Aptos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1058</Characters>
  <Application>Microsoft Office Word</Application>
  <DocSecurity>0</DocSecurity>
  <Lines>39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Andrea Poláková</cp:lastModifiedBy>
  <cp:revision>2</cp:revision>
  <dcterms:created xsi:type="dcterms:W3CDTF">2013-12-23T23:15:00Z</dcterms:created>
  <dcterms:modified xsi:type="dcterms:W3CDTF">2026-07-19T10:30:00Z</dcterms:modified>
  <cp:category/>
</cp:coreProperties>
</file>